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חודש כסליו ואת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ומאכלים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כסליו הוא חודש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 מדליקים נרות בכל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מזכירות את הנס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שבו מדליקים את נרות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מתגלגל עם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(מאכל מטוגן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(המזל של חודש כסליו)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נר – מדליקים אותו בכל ערב, סביבון – משחק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לציין: נס פך השמן, התגברות על קשיים,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נרות, סביבון, לביבות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 או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תבנית הסביבון לגזירה כפעילות מעשית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בקצרה את סיפור חנוכה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בחודש כסליו חוגגים את חג החנוכה, מדליקים נרות ונזכרים בנס שקרה לעם ישראל. בדף הזה נתרגל מילים, מנהגים וערכים הקשורים לחודש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נרות  ·  סביבון  ·  קשת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מאכל מסורתי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חודש כסליו הוא חודש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נקרא גם חג האורים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מקושט באותיות עם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בחודש כסליו המזל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חנוכה מדליקים __________ בכל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הצעצוע המתגלגל של 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המזל של חודש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מאכל מטוגן של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שבו מדליקים את נרות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צעצוע מתגלגל עם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הקשורות לחנוכה ומה הקשר שלהן לחג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פיסקה קצרה על הערך של 'אור בחושך' ואיך הוא קשור לסיפור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מנהגים של חג 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