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סימני חודש כסליו ואת סיפור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וערכים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מנהגים ומאכלים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אור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כל יום בחנוכה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כסליו הוא חודש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כי מדליקים נרות בכל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האותיות מזכירות את הנס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חג הבנות הוא חג מיוחד שחוגגות בו בעיקר 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אוכלים מאכלים מטוגנים כמו לביבות וסופגניות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אלה שמות לגשמים הראשונים והאחרונים בעונה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(כלי שבו מדליקים את נרות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(צעצוע מתגלגל עם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(מאכל מטוגן של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(המזל של חודש כסליו)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(חג מיוחד שחוגגות בו בעיקר 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(ערך מרכזי של חג החנוכה)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נר – מדליקים אותו בכל ערב, סביבון – משחק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כל מנהג סביר יתקבל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לציין: נס פך השמן, התגברות על קשיים,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נרות, סביבון, לביבות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אור, תקווה או 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תבנית הסביבון לגזירה כפעילות מעשית אחרי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בקצרה את סיפור חנוכה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לתלמידים מתקשים על ידי השמטת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כסליו הוא חודש בלוח העברי. בחודש הזה חוגגים חנוכה. בדף נלמד מילים וערכים על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חודש בלוח העברי,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מזל קשת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של חודש כסליו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האורים, שמונה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מתגלגל עם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מיוחד שקרה ולא הסבירו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להדלקת נרות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חנוכה מטוגן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הבנות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שחוגגות בו בעיקר נשים בזמן 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מזל שייך לחודש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אורך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תפוחים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אוזני המן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לצעצוע של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דרדסים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צדפה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ערך מתאים לחנוכה?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 בחושך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שעמום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מדליקים נר נוסף?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יום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פעם בשבוע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ביום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כסליו הוא חודש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נקרא גם חג האורים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מקושט באותיות עם 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הבנות לא מציינים דבר 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אוכלים רק מאכלים חריפים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יורה ומלקוש הם שמות של גשמים בעונת החורף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בחודש כסליו המזל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חנוכה מדליקים __________ בכל 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הצעצוע המתגלגל של חנוכה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המאכל המטוגן האופייני לחנוכה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חג חנוכה מכונה גם חג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בחנוכה נזכרים בנס גדול ש__________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 מיוחד שחוגגות בו בעיקר 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ערך מרכזי של חג החנוכה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לביבות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המזל של חודש כסליו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צעצוע מתגלגל עם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 הבנות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 שבו מדליקים את נרות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אור בחושך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מאכל מטוגן של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הקשורות לחנוכה ומה הקשר שלהן לחג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על מנהג מיוחד שנהוג במשפחתכם בחנוכה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פיסקה קצרה על הערך של 'אור בחושך' ואיך הוא קשור לסיפור 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המזל של חודש כסליו?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מנהגים של חג 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ערך מרכזי שקשור לחג האורים?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