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סימני חודש כסליו ואת סיפור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וערכים הקשורים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מנהגים ומאכלים של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לביבות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אור בחושך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כל יום בחנוכה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כסליו הוא חודש בחורף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כי מדליקים נרות בכל 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האותיות מזכירות את הנס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חג הבנות הוא חג מיוחד שחוגגות בו בעיקר 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אוכלים מאכלים מטוגנים כמו לביבות וסופגניות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אלה שמות לגשמים הראשונים והאחרונים בעונה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(כלי שבו מדליקים את נרות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(צעצוע מתגלגל עם אותיות)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(מאכל מטוגן של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(המזל של חודש כסליו)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(חג מיוחד שחוגגות בו בעיקר 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(ערך מרכזי של חג החנוכה)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נר – מדליקים אותו בכל ערב, סביבון – משחק של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אישית, כל מנהג סביר יתקבל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לציין: נס פך השמן, התגברות על קשיים,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נרות, סביבון, לביבות וכדומה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אור, תקווה או נס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תבנית הסביבון לגזירה כפעילות מעשית אחרי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בקצרה את סיפור חנוכה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לקצר את הדף לתלמידים מתקשים על ידי השמטת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בחודש כסליו חוגגים את חג החנוכה, מדליקים נרות ונזכרים בנס שקרה לעם ישראל. בדף הזה נתרגל מילים, מנהגים וערכים הקשורים לחודש הזה.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המזל של 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עקרב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חוגגים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מאכל מסורתי אוכלים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תפוחים בדבש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אוזני המן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שם הצעצוע שמסתובבים איתו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דרדסים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סביבון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צדפה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ערך קשור במיוחד לחג האורים?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 בחושך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שעמום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מוסיפים עוד נר לחנוכייה?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יום בחנוכה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פעם בשבוע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ביום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פעם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חודש כסליו הוא חודש בקיץ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 נקרא גם חג האורים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הסביבון מקושט באותיות עם משמעות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הבנות לא מציינים דבר מיוחד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בחנוכה אוכלים רק מאכלים חריפים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יורה ומלקוש הם שמות של גשמים בעונת החורף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בחודש כסליו המזל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בחג חנוכה מדליקים __________ בכל ערב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הצעצוע המתגלגל של חנוכה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המאכל המטוגן האופייני לחנוכה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חג חנוכה מכונה גם חג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בחנוכה נזכרים בנס גדול ש__________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חג מיוחד שחוגגות בו בעיקר 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ערך מרכזי של חג החנוכה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לביבות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כלי שבו מדליקים את נרות 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צעצוע מתגלגל עם אותיות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חג הבנות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המזל של חודש כסליו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אור בחושך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מאכל מטוגן של החג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מילים הקשורות לחנוכה ומה הקשר שלהן לחג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על מנהג מיוחד שנהוג במשפחתכם בחנוכה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פיסקה קצרה על הערך של 'אור בחושך' ואיך הוא קשור לסיפור חנוכה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המזל של חודש כסליו?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מנהגים של חג חנוכה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ערך מרכזי שקשור לחג האורים?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